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כסליו ואת סמלי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עזרה הדדית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האור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חודש חורף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הסופגניה מתוקה וטעימה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נוהגים בחג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כסליו הוא חודש חורף ואור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ערב מדליקים עוד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(סוב סוב סוב)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(מתוק וטעים)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(אור קטן שמחה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(חג האור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שני נרות ביום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שלושה נרות ביום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ארבעה נרות ביום הרביעי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משאלה, מילה טובה ומעשה טוב - לבדוק שהתשובה קשורה לערכים אור ועזרה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בחנ"מ מומלץ להתמקד בחלקים המסומנים כקלים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הסידור עם הדגמה אמיתית של הדלקת 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וסמלים הקשורים לחודש כסליו ולחג החנוכה, כמו נר, סביבון וסופגניה.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לחנוכייה בכל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לחג החנוכה בכינוי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סופגניה היא מאכל מר ולא טעים.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מוסיפים עוד נר לחנוכייה.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קיץ וחם.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האוויר קר ויורד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החנוכה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ערב מדליקים עוד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סוב סוב סוב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אוכלים בחנוכה __________ מתוקה וטעימה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מתוק וטעים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ערב מדליקים עוד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קטן שמחה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האור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סוב סוב סוב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שני נרות ביום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שלושה נרות ביום השלישי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ארבעה נרות ביום הרביעי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אחד ביום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קטנה, מילה טובה למישהו ומעשה טוב שתעשו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החודש העברי שבו חוגגים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מוסיפים לחנוכייה בכל ערב?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