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כסליו ואת סמלי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לחג האור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עזרה הדדית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חג האור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כסליו הוא חודש חורף וגשום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הסופגניה מתוקה וטעימה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נוהגים בחג החנוכה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כסליו הוא חודש חורף ואור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סופגניה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ערב מדליקים עוד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(סוב סוב סוב)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(מתוק וטעים)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(אור קטן שמחה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(חג האור שמונה 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נר אחד ביום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 שני נרות ביום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מדליקים שלושה נרות ביום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ארבעה נרות ביום הרביעי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האור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משאלה, מילה טובה ומעשה טוב - לבדוק שהתשובה קשורה לערכים אור ועזרה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כסליו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יחד עם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בחנ"מ מומלץ להתמקד בחלקים המסומנים כקלים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תרגיל הסידור עם הדגמה אמיתית של הדלקת נרות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על חודש כסליו וחג חנוכה: נר, סביבון, סופגניה.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עברי של חורף ואור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 שנמשך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שמדליקים בו נרות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שמסתובב - סוב סוב סוב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מאפה עגול מתוק וטעים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 הקטן שעל הנר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עוזרים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שעוזרים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וטוב שקרה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כל 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עוד קוראים לחג?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הקציר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כסליו יורד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סופגניה היא מאכל מר ולא טעים.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מוסיפים עוד נר לחנוכייה.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כסליו הוא חודש קיץ וחם.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כסליו האוויר קר ויורד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החנוכה נקרא גם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ערב מדליקים עוד __________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סוב סוב סוב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אוכלים בחנוכה __________ מתוקה וטעימה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האור שמונה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מתוק וטעים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סופגניה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 קטן שמחה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ערב מדליקים עוד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סוב סוב סוב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שלושה נרות ביום השלישי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ארבעה נרות ביום הרביעי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נר אחד ביום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שני נרות ביום השני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האור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קטנה, מילה טובה למישהו ומעשה טוב שתעשו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החודש העברי שבו חוגגים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מוסיפים לחנוכייה בכל ערב?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