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וחג החנוכה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חודש כסליו ואת סמלי חג החנוכה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הקשורות לחג האור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ערכים של עזרה הדדית ושמחה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כסליו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8 ימים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כסליו הוא חודש חורף וגשום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הסופגניה מתוקה וטעימה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(כל ערב מדליקים עוד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(סוב סוב סוב)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(מתוק וטעים)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(אור קטן שמחה גדולה)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הימים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מדליקים נר אחד ביום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מדליקים שני נרות ביום השני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מדליקים שלושה נרות ביום השלישי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האור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משאלה, מילה טובה ומעשה טוב - לבדוק שהתשובה קשורה לערכים אור ועזרה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כסליו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שמונה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המילים בקול יחד עם התלמידים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בחנ"מ מומלץ להתמקד בחלקים המסומנים כקלים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את תרגיל הסידור עם הדגמה אמיתית של הדלקת נרות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וחג החנוכה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מילים וסמלים הקשורים לחודש כסליו ולחג החנוכה, כמו נר, סביבון וסופגניה.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אור  ·  נר  ·  גשם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חודש עברי חוגגים את חג החנוכה?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כסליו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ימים נמשך חג החנוכה?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8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7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6 ימים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בחודש כסליו יורד גשם.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סופגניה היא מאכל מר ולא טעים.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בחודש כסליו האוויר קר ויורד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חג החנוכה נקרא גם חג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בכל ערב מדליקים עוד __________ אחד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מתוק וטעים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סביבון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כל ערב מדליקים עוד 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סופגניה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אור קטן שמחה גדולה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סוב סוב סוב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לפי הימים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מדליקים שלושה נרות ביום השלישי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מדליקים נר אחד ביום הראשון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מדליקים שני נרות ביום השני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האור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משאלה קטנה, מילה טובה למישהו ומעשה טוב שתעשו השבוע.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שם החודש העברי שבו חוגגים חנוכה?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ימים נמשך חג החנוכה?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חודש כסליו וחג החנוכה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